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4D" w:rsidRPr="005429AD" w:rsidRDefault="00386B52" w:rsidP="005429AD">
      <w:pPr>
        <w:bidi/>
        <w:jc w:val="center"/>
        <w:rPr>
          <w:rFonts w:cs="B Nazanin"/>
          <w:b/>
          <w:bCs/>
          <w:sz w:val="30"/>
          <w:szCs w:val="30"/>
        </w:rPr>
      </w:pPr>
      <w:r>
        <w:rPr>
          <w:rFonts w:cs="B Nazanin" w:hint="cs"/>
          <w:b/>
          <w:bCs/>
          <w:sz w:val="30"/>
          <w:szCs w:val="30"/>
          <w:rtl/>
        </w:rPr>
        <w:t xml:space="preserve">          </w:t>
      </w:r>
      <w:bookmarkStart w:id="0" w:name="_GoBack"/>
      <w:bookmarkEnd w:id="0"/>
      <w:r w:rsidR="00B70D0B" w:rsidRPr="005429AD">
        <w:rPr>
          <w:rFonts w:cs="B Nazanin"/>
          <w:b/>
          <w:bCs/>
          <w:sz w:val="30"/>
          <w:szCs w:val="30"/>
          <w:rtl/>
        </w:rPr>
        <w:t>برنامه</w:t>
      </w:r>
      <w:r w:rsidR="00B70D0B" w:rsidRPr="005429AD">
        <w:rPr>
          <w:rFonts w:cs="B Nazanin"/>
          <w:b/>
          <w:bCs/>
          <w:sz w:val="30"/>
          <w:szCs w:val="30"/>
        </w:rPr>
        <w:t xml:space="preserve"> </w:t>
      </w:r>
      <w:r w:rsidR="00B70D0B" w:rsidRPr="005429AD">
        <w:rPr>
          <w:rFonts w:cs="B Nazanin"/>
          <w:b/>
          <w:bCs/>
          <w:sz w:val="30"/>
          <w:szCs w:val="30"/>
          <w:rtl/>
        </w:rPr>
        <w:t>ارتقای</w:t>
      </w:r>
      <w:r w:rsidR="00B70D0B" w:rsidRPr="005429AD">
        <w:rPr>
          <w:rFonts w:cs="B Nazanin"/>
          <w:b/>
          <w:bCs/>
          <w:sz w:val="30"/>
          <w:szCs w:val="30"/>
        </w:rPr>
        <w:t xml:space="preserve"> </w:t>
      </w:r>
      <w:r w:rsidR="00B70D0B" w:rsidRPr="005429AD">
        <w:rPr>
          <w:rFonts w:cs="B Nazanin"/>
          <w:b/>
          <w:bCs/>
          <w:sz w:val="30"/>
          <w:szCs w:val="30"/>
          <w:rtl/>
        </w:rPr>
        <w:t>کیفیت</w:t>
      </w:r>
      <w:r w:rsidR="00B70D0B" w:rsidRPr="005429AD">
        <w:rPr>
          <w:rFonts w:cs="B Nazanin"/>
          <w:b/>
          <w:bCs/>
          <w:sz w:val="30"/>
          <w:szCs w:val="30"/>
        </w:rPr>
        <w:t xml:space="preserve"> </w:t>
      </w:r>
      <w:r w:rsidR="00B70D0B" w:rsidRPr="005429AD">
        <w:rPr>
          <w:rFonts w:cs="B Nazanin"/>
          <w:b/>
          <w:bCs/>
          <w:sz w:val="30"/>
          <w:szCs w:val="30"/>
          <w:rtl/>
        </w:rPr>
        <w:t>آموزش</w:t>
      </w:r>
      <w:r w:rsidR="00B70D0B" w:rsidRPr="005429AD">
        <w:rPr>
          <w:rFonts w:cs="B Nazanin"/>
          <w:b/>
          <w:bCs/>
          <w:sz w:val="30"/>
          <w:szCs w:val="30"/>
        </w:rPr>
        <w:t xml:space="preserve"> </w:t>
      </w:r>
      <w:r w:rsidR="00B70D0B" w:rsidRPr="005429AD">
        <w:rPr>
          <w:rFonts w:cs="B Nazanin"/>
          <w:b/>
          <w:bCs/>
          <w:sz w:val="30"/>
          <w:szCs w:val="30"/>
          <w:rtl/>
        </w:rPr>
        <w:t>بالینی</w:t>
      </w:r>
      <w:r w:rsidR="00B70D0B" w:rsidRPr="005429AD">
        <w:rPr>
          <w:rFonts w:cs="B Nazanin"/>
          <w:b/>
          <w:bCs/>
          <w:sz w:val="30"/>
          <w:szCs w:val="30"/>
        </w:rPr>
        <w:t xml:space="preserve"> </w:t>
      </w:r>
      <w:r w:rsidR="00B70D0B" w:rsidRPr="005429AD">
        <w:rPr>
          <w:rFonts w:cs="B Nazanin"/>
          <w:b/>
          <w:bCs/>
          <w:sz w:val="30"/>
          <w:szCs w:val="30"/>
          <w:rtl/>
        </w:rPr>
        <w:t>در</w:t>
      </w:r>
      <w:r w:rsidR="00B70D0B" w:rsidRPr="005429AD">
        <w:rPr>
          <w:rFonts w:cs="B Nazanin"/>
          <w:b/>
          <w:bCs/>
          <w:sz w:val="30"/>
          <w:szCs w:val="30"/>
        </w:rPr>
        <w:t xml:space="preserve"> </w:t>
      </w:r>
      <w:r w:rsidR="00B70D0B" w:rsidRPr="005429AD">
        <w:rPr>
          <w:rFonts w:cs="B Nazanin"/>
          <w:b/>
          <w:bCs/>
          <w:sz w:val="30"/>
          <w:szCs w:val="30"/>
          <w:rtl/>
        </w:rPr>
        <w:t>بیمارستان</w:t>
      </w:r>
      <w:r>
        <w:rPr>
          <w:rFonts w:cs="B Nazanin" w:hint="cs"/>
          <w:b/>
          <w:bCs/>
          <w:sz w:val="30"/>
          <w:szCs w:val="30"/>
          <w:rtl/>
        </w:rPr>
        <w:t xml:space="preserve">                  </w:t>
      </w:r>
      <w:r w:rsidRPr="00386B52">
        <w:rPr>
          <w:rFonts w:cs="B Nazanin" w:hint="cs"/>
          <w:b/>
          <w:bCs/>
          <w:sz w:val="24"/>
          <w:szCs w:val="24"/>
          <w:rtl/>
        </w:rPr>
        <w:t xml:space="preserve">کد سند: </w:t>
      </w:r>
      <w:r w:rsidRPr="00386B52">
        <w:rPr>
          <w:b/>
          <w:bCs/>
          <w:sz w:val="16"/>
          <w:szCs w:val="16"/>
        </w:rPr>
        <w:t>MH-AP–ED1-01</w:t>
      </w:r>
    </w:p>
    <w:p w:rsidR="00430C4D" w:rsidRPr="005429AD" w:rsidRDefault="00B70D0B" w:rsidP="005429AD">
      <w:pPr>
        <w:bidi/>
        <w:rPr>
          <w:rFonts w:cs="B Nazanin"/>
        </w:rPr>
      </w:pPr>
      <w:r w:rsidRPr="005429AD">
        <w:rPr>
          <w:rFonts w:cs="B Nazanin"/>
          <w:rtl/>
        </w:rPr>
        <w:t>مسئول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اجرا</w:t>
      </w:r>
      <w:r w:rsidRPr="005429AD">
        <w:rPr>
          <w:rFonts w:cs="B Nazanin"/>
        </w:rPr>
        <w:t xml:space="preserve">: </w:t>
      </w:r>
      <w:r w:rsidRPr="005429AD">
        <w:rPr>
          <w:rFonts w:cs="B Nazanin"/>
          <w:rtl/>
        </w:rPr>
        <w:t>واحد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توسعه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آموزش</w:t>
      </w:r>
      <w:r w:rsidRPr="005429AD">
        <w:rPr>
          <w:rFonts w:cs="B Nazanin"/>
        </w:rPr>
        <w:t xml:space="preserve"> (EDO) </w:t>
      </w:r>
      <w:r w:rsidRPr="005429AD">
        <w:rPr>
          <w:rFonts w:cs="B Nazanin"/>
          <w:rtl/>
        </w:rPr>
        <w:t>بیمارستان</w:t>
      </w:r>
    </w:p>
    <w:p w:rsidR="00430C4D" w:rsidRPr="005429AD" w:rsidRDefault="00B70D0B" w:rsidP="005429AD">
      <w:pPr>
        <w:bidi/>
        <w:rPr>
          <w:rFonts w:cs="B Nazanin"/>
        </w:rPr>
      </w:pPr>
      <w:r w:rsidRPr="005429AD">
        <w:rPr>
          <w:rFonts w:cs="B Nazanin"/>
          <w:rtl/>
        </w:rPr>
        <w:t>این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برنامه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با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هدف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ارتقای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کیفیت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آموزش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بالینی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در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بیمارستان</w:t>
      </w:r>
      <w:r w:rsidRPr="005429AD">
        <w:rPr>
          <w:rFonts w:cs="B Nazanin"/>
        </w:rPr>
        <w:t>‌</w:t>
      </w:r>
      <w:r w:rsidRPr="005429AD">
        <w:rPr>
          <w:rFonts w:cs="B Nazanin"/>
          <w:rtl/>
        </w:rPr>
        <w:t>های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آموزشی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تدوین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شده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است</w:t>
      </w:r>
      <w:r w:rsidRPr="005429AD">
        <w:rPr>
          <w:rFonts w:cs="B Nazanin"/>
        </w:rPr>
        <w:t xml:space="preserve">. EDO </w:t>
      </w:r>
      <w:r w:rsidRPr="005429AD">
        <w:rPr>
          <w:rFonts w:cs="B Nazanin"/>
          <w:rtl/>
        </w:rPr>
        <w:t>به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عنوان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متولی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اصلی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توسعه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آموزش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موظف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است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با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پایش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شاخص</w:t>
      </w:r>
      <w:r w:rsidRPr="005429AD">
        <w:rPr>
          <w:rFonts w:cs="B Nazanin"/>
        </w:rPr>
        <w:t>‌</w:t>
      </w:r>
      <w:r w:rsidRPr="005429AD">
        <w:rPr>
          <w:rFonts w:cs="B Nazanin"/>
          <w:rtl/>
        </w:rPr>
        <w:t>ها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و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اجرای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اقدامات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اصلاحی،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سطح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آموزش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بالینی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را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بهبود</w:t>
      </w:r>
      <w:r w:rsidRPr="005429AD">
        <w:rPr>
          <w:rFonts w:cs="B Nazanin"/>
        </w:rPr>
        <w:t xml:space="preserve"> </w:t>
      </w:r>
      <w:r w:rsidRPr="005429AD">
        <w:rPr>
          <w:rFonts w:cs="B Nazanin"/>
          <w:rtl/>
        </w:rPr>
        <w:t>بخشد</w:t>
      </w:r>
      <w:r w:rsidRPr="005429AD">
        <w:rPr>
          <w:rFonts w:cs="B Nazanin"/>
        </w:rPr>
        <w:t>.</w:t>
      </w:r>
    </w:p>
    <w:p w:rsidR="00430C4D" w:rsidRPr="005429AD" w:rsidRDefault="00B70D0B" w:rsidP="005429AD">
      <w:pPr>
        <w:bidi/>
        <w:rPr>
          <w:rFonts w:cs="B Nazanin"/>
          <w:b/>
          <w:bCs/>
        </w:rPr>
      </w:pPr>
      <w:r w:rsidRPr="005429AD">
        <w:rPr>
          <w:rFonts w:cs="B Nazanin"/>
          <w:b/>
          <w:bCs/>
          <w:rtl/>
        </w:rPr>
        <w:t>۱</w:t>
      </w:r>
      <w:r w:rsidRPr="005429AD">
        <w:rPr>
          <w:rFonts w:cs="B Nazanin"/>
          <w:b/>
          <w:bCs/>
        </w:rPr>
        <w:t xml:space="preserve">. </w:t>
      </w:r>
      <w:r w:rsidRPr="005429AD">
        <w:rPr>
          <w:rFonts w:cs="B Nazanin"/>
          <w:b/>
          <w:bCs/>
          <w:rtl/>
        </w:rPr>
        <w:t>اهداف</w:t>
      </w:r>
    </w:p>
    <w:p w:rsidR="005429AD" w:rsidRDefault="00B70D0B" w:rsidP="005429AD">
      <w:pPr>
        <w:bidi/>
        <w:rPr>
          <w:rFonts w:cs="B Nazanin"/>
          <w:rtl/>
        </w:rPr>
      </w:pPr>
      <w:r w:rsidRPr="005429AD">
        <w:rPr>
          <w:rFonts w:cs="B Nazanin"/>
          <w:sz w:val="24"/>
        </w:rPr>
        <w:t xml:space="preserve">• </w:t>
      </w:r>
      <w:r w:rsidRPr="005429AD">
        <w:rPr>
          <w:rFonts w:cs="B Nazanin"/>
          <w:sz w:val="24"/>
          <w:szCs w:val="24"/>
          <w:rtl/>
        </w:rPr>
        <w:t>ارتقای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کیفیت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بالینی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مطابق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استانداردهای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ملی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بین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المللی</w:t>
      </w:r>
      <w:r w:rsidRPr="005429AD">
        <w:rPr>
          <w:rFonts w:cs="B Nazanin"/>
          <w:sz w:val="24"/>
        </w:rPr>
        <w:t xml:space="preserve"> (WFME)</w:t>
      </w:r>
      <w:r w:rsidRPr="005429AD">
        <w:rPr>
          <w:rFonts w:cs="B Nazanin"/>
          <w:sz w:val="24"/>
        </w:rPr>
        <w:br/>
        <w:t xml:space="preserve">• </w:t>
      </w:r>
      <w:r w:rsidRPr="005429AD">
        <w:rPr>
          <w:rFonts w:cs="B Nazanin"/>
          <w:sz w:val="24"/>
          <w:szCs w:val="24"/>
          <w:rtl/>
        </w:rPr>
        <w:t>افزایش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رضایت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فراگیران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اعضای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هیأت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علمی</w:t>
      </w:r>
      <w:r w:rsidRPr="005429AD">
        <w:rPr>
          <w:rFonts w:cs="B Nazanin"/>
          <w:sz w:val="24"/>
        </w:rPr>
        <w:br/>
        <w:t xml:space="preserve">• </w:t>
      </w:r>
      <w:r w:rsidRPr="005429AD">
        <w:rPr>
          <w:rFonts w:cs="B Nazanin"/>
          <w:sz w:val="24"/>
          <w:szCs w:val="24"/>
          <w:rtl/>
        </w:rPr>
        <w:t>بهبود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فرآیندهای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ارزشیابی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پایش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</w:t>
      </w:r>
      <w:r w:rsidRPr="005429AD">
        <w:rPr>
          <w:rFonts w:cs="B Nazanin"/>
          <w:sz w:val="24"/>
        </w:rPr>
        <w:br/>
        <w:t xml:space="preserve">• </w:t>
      </w:r>
      <w:r w:rsidRPr="005429AD">
        <w:rPr>
          <w:rFonts w:cs="B Nazanin"/>
          <w:sz w:val="24"/>
          <w:szCs w:val="24"/>
          <w:rtl/>
        </w:rPr>
        <w:t>تقویت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فرهنگ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ایمنی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بیمار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در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بالینی</w:t>
      </w:r>
    </w:p>
    <w:p w:rsidR="00430C4D" w:rsidRPr="005429AD" w:rsidRDefault="005429AD" w:rsidP="005429AD">
      <w:pPr>
        <w:bidi/>
        <w:rPr>
          <w:rFonts w:cs="B Nazanin"/>
        </w:rPr>
      </w:pPr>
      <w:r>
        <w:rPr>
          <w:rFonts w:cs="B Nazanin" w:hint="cs"/>
          <w:b/>
          <w:bCs/>
          <w:rtl/>
        </w:rPr>
        <w:t>2</w:t>
      </w:r>
      <w:r w:rsidR="00B70D0B" w:rsidRPr="005429AD">
        <w:rPr>
          <w:rFonts w:cs="B Nazanin"/>
          <w:b/>
          <w:bCs/>
        </w:rPr>
        <w:t xml:space="preserve">. </w:t>
      </w:r>
      <w:r w:rsidR="00B70D0B" w:rsidRPr="005429AD">
        <w:rPr>
          <w:rFonts w:cs="B Nazanin"/>
          <w:b/>
          <w:bCs/>
          <w:rtl/>
        </w:rPr>
        <w:t>راهبردهای</w:t>
      </w:r>
      <w:r w:rsidR="00B70D0B" w:rsidRPr="005429AD">
        <w:rPr>
          <w:rFonts w:cs="B Nazanin"/>
          <w:b/>
          <w:bCs/>
        </w:rPr>
        <w:t xml:space="preserve"> </w:t>
      </w:r>
      <w:r w:rsidR="00B70D0B" w:rsidRPr="005429AD">
        <w:rPr>
          <w:rFonts w:cs="B Nazanin"/>
          <w:b/>
          <w:bCs/>
          <w:rtl/>
        </w:rPr>
        <w:t>کلان</w:t>
      </w:r>
    </w:p>
    <w:p w:rsidR="005429AD" w:rsidRPr="005429AD" w:rsidRDefault="00B70D0B" w:rsidP="005429AD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توانمندسازی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اعضای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هیأت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علمی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مربیان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بالینی</w:t>
      </w:r>
    </w:p>
    <w:p w:rsidR="005429AD" w:rsidRPr="005429AD" w:rsidRDefault="00B70D0B" w:rsidP="005429AD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بهبود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زیرساخت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بالینی</w:t>
      </w:r>
    </w:p>
    <w:p w:rsidR="005429AD" w:rsidRPr="005429AD" w:rsidRDefault="00B70D0B" w:rsidP="005429AD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بازطراحی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فرآیندهای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ارزشیابی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فراگیران</w:t>
      </w:r>
    </w:p>
    <w:p w:rsidR="005429AD" w:rsidRPr="005429AD" w:rsidRDefault="00B70D0B" w:rsidP="005429AD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تقویت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فرهنگ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ایمنی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بیمار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در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</w:t>
      </w:r>
    </w:p>
    <w:p w:rsidR="00430C4D" w:rsidRPr="005429AD" w:rsidRDefault="00B70D0B" w:rsidP="005429AD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ایجاد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نظام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بازخورد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پایش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مستمر</w:t>
      </w:r>
    </w:p>
    <w:p w:rsidR="00430C4D" w:rsidRPr="005429AD" w:rsidRDefault="005429AD" w:rsidP="005429AD">
      <w:p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3</w:t>
      </w:r>
      <w:r w:rsidR="00B70D0B" w:rsidRPr="005429AD">
        <w:rPr>
          <w:rFonts w:cs="B Nazanin"/>
          <w:b/>
          <w:bCs/>
        </w:rPr>
        <w:t xml:space="preserve">. </w:t>
      </w:r>
      <w:r w:rsidR="00B70D0B" w:rsidRPr="005429AD">
        <w:rPr>
          <w:rFonts w:cs="B Nazanin"/>
          <w:b/>
          <w:bCs/>
          <w:rtl/>
        </w:rPr>
        <w:t>محورهای</w:t>
      </w:r>
      <w:r w:rsidR="00B70D0B" w:rsidRPr="005429AD">
        <w:rPr>
          <w:rFonts w:cs="B Nazanin"/>
          <w:b/>
          <w:bCs/>
        </w:rPr>
        <w:t xml:space="preserve"> </w:t>
      </w:r>
      <w:r w:rsidR="00B70D0B" w:rsidRPr="005429AD">
        <w:rPr>
          <w:rFonts w:cs="B Nazanin"/>
          <w:b/>
          <w:bCs/>
          <w:rtl/>
        </w:rPr>
        <w:t>اجرایی</w:t>
      </w:r>
    </w:p>
    <w:p w:rsidR="005429AD" w:rsidRDefault="00B70D0B" w:rsidP="005429AD">
      <w:pPr>
        <w:bidi/>
        <w:rPr>
          <w:rFonts w:cs="B Nazanin"/>
          <w:sz w:val="24"/>
          <w:rtl/>
        </w:rPr>
      </w:pPr>
      <w:r w:rsidRPr="005429AD">
        <w:rPr>
          <w:rFonts w:cs="B Nazanin"/>
          <w:sz w:val="24"/>
          <w:szCs w:val="24"/>
          <w:rtl/>
        </w:rPr>
        <w:t>الف</w:t>
      </w:r>
      <w:r w:rsidR="005429AD">
        <w:rPr>
          <w:rFonts w:cs="B Nazanin" w:hint="cs"/>
          <w:sz w:val="24"/>
          <w:rtl/>
        </w:rPr>
        <w:t xml:space="preserve">) 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توسعه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اعضای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هیأت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علمی</w:t>
      </w:r>
      <w:r w:rsidR="005429AD">
        <w:rPr>
          <w:rFonts w:cs="B Nazanin"/>
          <w:sz w:val="24"/>
        </w:rPr>
        <w:t>:</w:t>
      </w:r>
    </w:p>
    <w:p w:rsidR="005429AD" w:rsidRPr="005429AD" w:rsidRDefault="00B70D0B" w:rsidP="005429AD">
      <w:pPr>
        <w:pStyle w:val="ListParagraph"/>
        <w:numPr>
          <w:ilvl w:val="0"/>
          <w:numId w:val="11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برگزاری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کارگاه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تدریس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بالینی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سوپرویژن</w:t>
      </w:r>
    </w:p>
    <w:p w:rsidR="005429AD" w:rsidRPr="005429AD" w:rsidRDefault="00B70D0B" w:rsidP="005429AD">
      <w:pPr>
        <w:pStyle w:val="ListParagraph"/>
        <w:numPr>
          <w:ilvl w:val="0"/>
          <w:numId w:val="11"/>
        </w:numPr>
        <w:bidi/>
        <w:rPr>
          <w:rFonts w:cs="B Nazanin"/>
        </w:rPr>
      </w:pP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ایجاد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سیستم</w:t>
      </w:r>
      <w:r w:rsidR="005429AD">
        <w:rPr>
          <w:rFonts w:cs="B Nazanin"/>
          <w:sz w:val="24"/>
        </w:rPr>
        <w:t xml:space="preserve"> Mentorship</w:t>
      </w:r>
    </w:p>
    <w:p w:rsidR="005429AD" w:rsidRPr="005429AD" w:rsidRDefault="00B70D0B" w:rsidP="005429AD">
      <w:pPr>
        <w:pStyle w:val="ListParagraph"/>
        <w:numPr>
          <w:ilvl w:val="0"/>
          <w:numId w:val="11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ارزیابی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کیفیت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تدریس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توسط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فراگیران</w:t>
      </w:r>
    </w:p>
    <w:p w:rsidR="005429AD" w:rsidRDefault="00B70D0B" w:rsidP="005429AD">
      <w:pPr>
        <w:bidi/>
        <w:rPr>
          <w:rFonts w:cs="B Nazanin"/>
          <w:sz w:val="24"/>
          <w:rtl/>
        </w:rPr>
      </w:pPr>
      <w:r w:rsidRPr="005429AD">
        <w:rPr>
          <w:rFonts w:cs="B Nazanin"/>
          <w:sz w:val="24"/>
          <w:szCs w:val="24"/>
          <w:rtl/>
        </w:rPr>
        <w:t>ب</w:t>
      </w:r>
      <w:r w:rsidR="005429AD">
        <w:rPr>
          <w:rFonts w:cs="B Nazanin" w:hint="cs"/>
          <w:sz w:val="24"/>
          <w:rtl/>
        </w:rPr>
        <w:t xml:space="preserve">) 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ارتقای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محیط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یادگیری</w:t>
      </w:r>
      <w:r w:rsidR="005429AD">
        <w:rPr>
          <w:rFonts w:cs="B Nazanin"/>
          <w:sz w:val="24"/>
        </w:rPr>
        <w:t>:</w:t>
      </w:r>
    </w:p>
    <w:p w:rsidR="005429AD" w:rsidRPr="005429AD" w:rsidRDefault="005429AD" w:rsidP="005429AD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5429AD">
        <w:rPr>
          <w:rFonts w:cs="B Nazanin" w:hint="cs"/>
          <w:sz w:val="24"/>
          <w:szCs w:val="24"/>
          <w:rtl/>
        </w:rPr>
        <w:t>ت</w:t>
      </w:r>
      <w:r w:rsidR="00B70D0B" w:rsidRPr="005429AD">
        <w:rPr>
          <w:rFonts w:cs="B Nazanin"/>
          <w:sz w:val="24"/>
          <w:szCs w:val="24"/>
          <w:rtl/>
        </w:rPr>
        <w:t>جهیز</w:t>
      </w:r>
      <w:r w:rsidR="00B70D0B" w:rsidRPr="005429AD">
        <w:rPr>
          <w:rFonts w:cs="B Nazanin"/>
          <w:sz w:val="24"/>
        </w:rPr>
        <w:t xml:space="preserve"> </w:t>
      </w:r>
      <w:r w:rsidR="00B70D0B" w:rsidRPr="005429AD">
        <w:rPr>
          <w:rFonts w:cs="B Nazanin"/>
          <w:sz w:val="24"/>
          <w:szCs w:val="24"/>
          <w:rtl/>
        </w:rPr>
        <w:t>بخش</w:t>
      </w:r>
      <w:r w:rsidR="00B70D0B" w:rsidRPr="005429AD">
        <w:rPr>
          <w:rFonts w:cs="B Nazanin"/>
          <w:sz w:val="24"/>
        </w:rPr>
        <w:t>‌</w:t>
      </w:r>
      <w:r w:rsidR="00B70D0B" w:rsidRPr="005429AD">
        <w:rPr>
          <w:rFonts w:cs="B Nazanin"/>
          <w:sz w:val="24"/>
          <w:szCs w:val="24"/>
          <w:rtl/>
        </w:rPr>
        <w:t>ها</w:t>
      </w:r>
      <w:r w:rsidR="00B70D0B" w:rsidRPr="005429AD">
        <w:rPr>
          <w:rFonts w:cs="B Nazanin"/>
          <w:sz w:val="24"/>
        </w:rPr>
        <w:t xml:space="preserve"> </w:t>
      </w:r>
      <w:r w:rsidR="00B70D0B" w:rsidRPr="005429AD">
        <w:rPr>
          <w:rFonts w:cs="B Nazanin"/>
          <w:sz w:val="24"/>
          <w:szCs w:val="24"/>
          <w:rtl/>
        </w:rPr>
        <w:t>به</w:t>
      </w:r>
      <w:r w:rsidR="00B70D0B" w:rsidRPr="005429AD">
        <w:rPr>
          <w:rFonts w:cs="B Nazanin"/>
          <w:sz w:val="24"/>
        </w:rPr>
        <w:t xml:space="preserve"> </w:t>
      </w:r>
      <w:r w:rsidR="00B70D0B" w:rsidRPr="005429AD">
        <w:rPr>
          <w:rFonts w:cs="B Nazanin"/>
          <w:sz w:val="24"/>
          <w:szCs w:val="24"/>
          <w:rtl/>
        </w:rPr>
        <w:t>امکانات</w:t>
      </w:r>
      <w:r w:rsidR="00B70D0B" w:rsidRPr="005429AD">
        <w:rPr>
          <w:rFonts w:cs="B Nazanin"/>
          <w:sz w:val="24"/>
        </w:rPr>
        <w:t xml:space="preserve"> </w:t>
      </w:r>
      <w:r w:rsidR="00B70D0B" w:rsidRPr="005429AD">
        <w:rPr>
          <w:rFonts w:cs="B Nazanin"/>
          <w:sz w:val="24"/>
          <w:szCs w:val="24"/>
          <w:rtl/>
        </w:rPr>
        <w:t>آموزشی</w:t>
      </w:r>
    </w:p>
    <w:p w:rsidR="005429AD" w:rsidRPr="005429AD" w:rsidRDefault="00B70D0B" w:rsidP="005429AD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ایجاد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بانک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کیس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آموزشی</w:t>
      </w:r>
    </w:p>
    <w:p w:rsidR="005429AD" w:rsidRPr="005429AD" w:rsidRDefault="00B70D0B" w:rsidP="005429AD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طراحی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فضاهای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اختصاصی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برای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</w:t>
      </w:r>
    </w:p>
    <w:p w:rsidR="005429AD" w:rsidRDefault="00B70D0B" w:rsidP="005429AD">
      <w:pPr>
        <w:bidi/>
        <w:rPr>
          <w:rFonts w:cs="B Nazanin"/>
          <w:sz w:val="24"/>
          <w:rtl/>
        </w:rPr>
      </w:pPr>
      <w:r w:rsidRPr="005429AD">
        <w:rPr>
          <w:rFonts w:cs="B Nazanin"/>
          <w:sz w:val="24"/>
          <w:szCs w:val="24"/>
          <w:rtl/>
        </w:rPr>
        <w:t>ج</w:t>
      </w:r>
      <w:r w:rsidR="005429AD" w:rsidRPr="005429AD">
        <w:rPr>
          <w:rFonts w:cs="B Nazanin" w:hint="cs"/>
          <w:sz w:val="24"/>
          <w:rtl/>
        </w:rPr>
        <w:t>)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اصلاح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ارزشیابی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فراگیران</w:t>
      </w:r>
      <w:r w:rsidR="005429AD">
        <w:rPr>
          <w:rFonts w:cs="B Nazanin"/>
          <w:sz w:val="24"/>
        </w:rPr>
        <w:t>:</w:t>
      </w:r>
    </w:p>
    <w:p w:rsidR="005429AD" w:rsidRPr="005429AD" w:rsidRDefault="00B70D0B" w:rsidP="005429AD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lastRenderedPageBreak/>
        <w:t>استفاده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از</w:t>
      </w:r>
      <w:r w:rsidRPr="005429AD">
        <w:rPr>
          <w:rFonts w:cs="B Nazanin"/>
          <w:sz w:val="24"/>
        </w:rPr>
        <w:t xml:space="preserve"> Mini-CEX</w:t>
      </w:r>
      <w:r w:rsidRPr="005429AD">
        <w:rPr>
          <w:rFonts w:cs="B Nazanin"/>
          <w:sz w:val="24"/>
          <w:szCs w:val="24"/>
          <w:rtl/>
        </w:rPr>
        <w:t>،</w:t>
      </w:r>
      <w:r w:rsidRPr="005429AD">
        <w:rPr>
          <w:rFonts w:cs="B Nazanin"/>
          <w:sz w:val="24"/>
        </w:rPr>
        <w:t xml:space="preserve"> DOPS</w:t>
      </w:r>
      <w:r w:rsidRPr="005429AD">
        <w:rPr>
          <w:rFonts w:cs="B Nazanin"/>
          <w:sz w:val="24"/>
          <w:szCs w:val="24"/>
          <w:rtl/>
        </w:rPr>
        <w:t>،</w:t>
      </w:r>
      <w:r w:rsidR="005429AD">
        <w:rPr>
          <w:rFonts w:cs="B Nazanin"/>
          <w:sz w:val="24"/>
        </w:rPr>
        <w:t xml:space="preserve"> OSCE</w:t>
      </w:r>
    </w:p>
    <w:p w:rsidR="005429AD" w:rsidRPr="005429AD" w:rsidRDefault="00B70D0B" w:rsidP="005429AD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بازخورد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فردی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به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فراگیران</w:t>
      </w:r>
    </w:p>
    <w:p w:rsidR="005429AD" w:rsidRPr="005429AD" w:rsidRDefault="00B70D0B" w:rsidP="005429AD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بهره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گیری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از</w:t>
      </w:r>
      <w:r w:rsidR="005429AD">
        <w:rPr>
          <w:rFonts w:cs="B Nazanin"/>
          <w:sz w:val="24"/>
        </w:rPr>
        <w:t xml:space="preserve"> EPAs</w:t>
      </w:r>
    </w:p>
    <w:p w:rsidR="005429AD" w:rsidRDefault="00B70D0B" w:rsidP="005429AD">
      <w:pPr>
        <w:bidi/>
        <w:rPr>
          <w:rFonts w:cs="B Nazanin"/>
          <w:sz w:val="24"/>
          <w:rtl/>
        </w:rPr>
      </w:pPr>
      <w:r w:rsidRPr="005429AD">
        <w:rPr>
          <w:rFonts w:cs="B Nazanin"/>
          <w:sz w:val="24"/>
          <w:szCs w:val="24"/>
          <w:rtl/>
        </w:rPr>
        <w:t>د</w:t>
      </w:r>
      <w:r w:rsidR="005429AD" w:rsidRPr="005429AD">
        <w:rPr>
          <w:rFonts w:cs="B Nazanin" w:hint="cs"/>
          <w:sz w:val="24"/>
          <w:rtl/>
        </w:rPr>
        <w:t xml:space="preserve">) </w:t>
      </w:r>
      <w:r w:rsidRPr="005429AD">
        <w:rPr>
          <w:rFonts w:cs="B Nazanin"/>
          <w:sz w:val="24"/>
          <w:szCs w:val="24"/>
          <w:rtl/>
        </w:rPr>
        <w:t>پایش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ارزیابی</w:t>
      </w:r>
      <w:r w:rsidR="005429AD">
        <w:rPr>
          <w:rFonts w:cs="B Nazanin"/>
          <w:sz w:val="24"/>
        </w:rPr>
        <w:t>:</w:t>
      </w:r>
    </w:p>
    <w:p w:rsidR="005429AD" w:rsidRPr="005429AD" w:rsidRDefault="00B70D0B" w:rsidP="005429AD">
      <w:pPr>
        <w:pStyle w:val="ListParagraph"/>
        <w:numPr>
          <w:ilvl w:val="0"/>
          <w:numId w:val="14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طراحی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فرم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بازدید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آموزشی</w:t>
      </w:r>
    </w:p>
    <w:p w:rsidR="005429AD" w:rsidRPr="005429AD" w:rsidRDefault="00B70D0B" w:rsidP="005429AD">
      <w:pPr>
        <w:pStyle w:val="ListParagraph"/>
        <w:numPr>
          <w:ilvl w:val="0"/>
          <w:numId w:val="14"/>
        </w:numPr>
        <w:bidi/>
        <w:rPr>
          <w:rFonts w:cs="B Nazanin"/>
        </w:rPr>
      </w:pP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نظرسنجی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سه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ماهه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از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فراگیران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و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اساتید</w:t>
      </w:r>
    </w:p>
    <w:p w:rsidR="005429AD" w:rsidRPr="005429AD" w:rsidRDefault="00B70D0B" w:rsidP="005429AD">
      <w:pPr>
        <w:pStyle w:val="ListParagraph"/>
        <w:numPr>
          <w:ilvl w:val="0"/>
          <w:numId w:val="14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گزارش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فصلی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کیفیت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آموزشی</w:t>
      </w:r>
    </w:p>
    <w:p w:rsidR="005429AD" w:rsidRDefault="00B70D0B" w:rsidP="005429AD">
      <w:pPr>
        <w:bidi/>
        <w:rPr>
          <w:rFonts w:cs="B Nazanin"/>
          <w:sz w:val="24"/>
          <w:rtl/>
        </w:rPr>
      </w:pPr>
      <w:r w:rsidRPr="005429AD">
        <w:rPr>
          <w:rFonts w:cs="B Nazanin"/>
          <w:sz w:val="24"/>
          <w:szCs w:val="24"/>
          <w:rtl/>
        </w:rPr>
        <w:t>هـ</w:t>
      </w:r>
      <w:r w:rsidR="005429AD" w:rsidRPr="005429AD">
        <w:rPr>
          <w:rFonts w:cs="B Nazanin" w:hint="cs"/>
          <w:sz w:val="24"/>
          <w:rtl/>
        </w:rPr>
        <w:t>)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ارتقای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فرهنگ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ایمنی</w:t>
      </w:r>
      <w:r w:rsidR="005429AD">
        <w:rPr>
          <w:rFonts w:cs="B Nazanin"/>
          <w:sz w:val="24"/>
        </w:rPr>
        <w:t>:</w:t>
      </w:r>
    </w:p>
    <w:p w:rsidR="005429AD" w:rsidRPr="005429AD" w:rsidRDefault="00B70D0B" w:rsidP="005429AD">
      <w:pPr>
        <w:pStyle w:val="ListParagraph"/>
        <w:numPr>
          <w:ilvl w:val="0"/>
          <w:numId w:val="15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ادغام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ایمنی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در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بالینی</w:t>
      </w:r>
    </w:p>
    <w:p w:rsidR="00430C4D" w:rsidRPr="005429AD" w:rsidRDefault="00B70D0B" w:rsidP="005429AD">
      <w:pPr>
        <w:pStyle w:val="ListParagraph"/>
        <w:numPr>
          <w:ilvl w:val="0"/>
          <w:numId w:val="15"/>
        </w:numPr>
        <w:bidi/>
        <w:rPr>
          <w:rFonts w:cs="B Nazanin"/>
        </w:rPr>
      </w:pPr>
      <w:r w:rsidRPr="005429AD">
        <w:rPr>
          <w:rFonts w:cs="B Nazanin"/>
          <w:sz w:val="24"/>
          <w:szCs w:val="24"/>
          <w:rtl/>
        </w:rPr>
        <w:t>تحلیل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خطاهای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به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صورت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یادگیری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محور</w:t>
      </w:r>
    </w:p>
    <w:p w:rsidR="00430C4D" w:rsidRPr="005429AD" w:rsidRDefault="005429AD" w:rsidP="005429AD">
      <w:p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4</w:t>
      </w:r>
      <w:r w:rsidR="00B70D0B" w:rsidRPr="005429AD">
        <w:rPr>
          <w:rFonts w:cs="B Nazanin"/>
          <w:b/>
          <w:bCs/>
        </w:rPr>
        <w:t xml:space="preserve">. </w:t>
      </w:r>
      <w:r w:rsidR="00B70D0B" w:rsidRPr="005429AD">
        <w:rPr>
          <w:rFonts w:cs="B Nazanin"/>
          <w:b/>
          <w:bCs/>
          <w:rtl/>
        </w:rPr>
        <w:t>شاخص</w:t>
      </w:r>
      <w:r w:rsidR="00B70D0B" w:rsidRPr="005429AD">
        <w:rPr>
          <w:rFonts w:cs="B Nazanin"/>
          <w:b/>
          <w:bCs/>
        </w:rPr>
        <w:t>‌</w:t>
      </w:r>
      <w:r w:rsidR="00B70D0B" w:rsidRPr="005429AD">
        <w:rPr>
          <w:rFonts w:cs="B Nazanin"/>
          <w:b/>
          <w:bCs/>
          <w:rtl/>
        </w:rPr>
        <w:t>های</w:t>
      </w:r>
      <w:r w:rsidR="00B70D0B" w:rsidRPr="005429AD">
        <w:rPr>
          <w:rFonts w:cs="B Nazanin"/>
          <w:b/>
          <w:bCs/>
        </w:rPr>
        <w:t xml:space="preserve"> </w:t>
      </w:r>
      <w:r w:rsidR="00B70D0B" w:rsidRPr="005429AD">
        <w:rPr>
          <w:rFonts w:cs="B Nazanin"/>
          <w:b/>
          <w:bCs/>
          <w:rtl/>
        </w:rPr>
        <w:t>کلیدی</w:t>
      </w:r>
      <w:r w:rsidR="00B70D0B" w:rsidRPr="005429AD">
        <w:rPr>
          <w:rFonts w:cs="B Nazanin"/>
          <w:b/>
          <w:bCs/>
        </w:rPr>
        <w:t xml:space="preserve"> (KPI)</w:t>
      </w:r>
    </w:p>
    <w:p w:rsidR="00B70D0B" w:rsidRPr="005429AD" w:rsidRDefault="00B70D0B" w:rsidP="005429AD">
      <w:pPr>
        <w:bidi/>
        <w:rPr>
          <w:rFonts w:cs="B Nazanin"/>
        </w:rPr>
      </w:pPr>
      <w:r w:rsidRPr="005429AD">
        <w:rPr>
          <w:rFonts w:cs="B Nazanin"/>
          <w:sz w:val="24"/>
        </w:rPr>
        <w:t xml:space="preserve">- </w:t>
      </w:r>
      <w:r w:rsidRPr="005429AD">
        <w:rPr>
          <w:rFonts w:cs="B Nazanin"/>
          <w:sz w:val="24"/>
          <w:szCs w:val="24"/>
          <w:rtl/>
        </w:rPr>
        <w:t>درصد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تحقق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برنامه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آموزشی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هر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بخش</w:t>
      </w:r>
      <w:r w:rsidRPr="005429AD">
        <w:rPr>
          <w:rFonts w:cs="B Nazanin"/>
          <w:sz w:val="24"/>
        </w:rPr>
        <w:br/>
        <w:t xml:space="preserve">- </w:t>
      </w:r>
      <w:r w:rsidRPr="005429AD">
        <w:rPr>
          <w:rFonts w:cs="B Nazanin"/>
          <w:sz w:val="24"/>
          <w:szCs w:val="24"/>
          <w:rtl/>
        </w:rPr>
        <w:t>میانگین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رضایت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فراگیران</w:t>
      </w:r>
      <w:r w:rsidRPr="005429AD">
        <w:rPr>
          <w:rFonts w:cs="B Nazanin"/>
          <w:sz w:val="24"/>
        </w:rPr>
        <w:t xml:space="preserve"> ≥ </w:t>
      </w:r>
      <w:r w:rsidRPr="005429AD">
        <w:rPr>
          <w:rFonts w:cs="B Nazanin"/>
          <w:sz w:val="24"/>
          <w:szCs w:val="24"/>
          <w:rtl/>
        </w:rPr>
        <w:t>۸۰</w:t>
      </w:r>
      <w:r w:rsidRPr="005429AD">
        <w:rPr>
          <w:rFonts w:ascii="Sakkal Majalla" w:hAnsi="Sakkal Majalla" w:cs="Sakkal Majalla" w:hint="cs"/>
          <w:sz w:val="24"/>
          <w:szCs w:val="24"/>
          <w:rtl/>
        </w:rPr>
        <w:t>٪</w:t>
      </w:r>
      <w:r w:rsidRPr="005429AD">
        <w:rPr>
          <w:rFonts w:cs="B Nazanin"/>
          <w:sz w:val="24"/>
        </w:rPr>
        <w:br/>
        <w:t xml:space="preserve">- </w:t>
      </w:r>
      <w:r w:rsidRPr="005429AD">
        <w:rPr>
          <w:rFonts w:cs="B Nazanin"/>
          <w:sz w:val="24"/>
          <w:szCs w:val="24"/>
          <w:rtl/>
        </w:rPr>
        <w:t>تعداد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کارگاه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توانمندسازی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برگزارشده</w:t>
      </w:r>
      <w:r w:rsidRPr="005429AD">
        <w:rPr>
          <w:rFonts w:cs="B Nazanin"/>
          <w:sz w:val="24"/>
        </w:rPr>
        <w:br/>
        <w:t xml:space="preserve">- </w:t>
      </w:r>
      <w:r w:rsidRPr="005429AD">
        <w:rPr>
          <w:rFonts w:cs="B Nazanin"/>
          <w:sz w:val="24"/>
          <w:szCs w:val="24"/>
          <w:rtl/>
        </w:rPr>
        <w:t>درصد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استفاده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از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ابزارهای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ارزشیابی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بالینی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استاندارد</w:t>
      </w:r>
      <w:r w:rsidRPr="005429AD">
        <w:rPr>
          <w:rFonts w:cs="B Nazanin"/>
          <w:sz w:val="24"/>
        </w:rPr>
        <w:br/>
        <w:t xml:space="preserve">- </w:t>
      </w:r>
      <w:r w:rsidRPr="005429AD">
        <w:rPr>
          <w:rFonts w:cs="B Nazanin"/>
          <w:sz w:val="24"/>
          <w:szCs w:val="24"/>
          <w:rtl/>
        </w:rPr>
        <w:t>تعداد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پروژه</w:t>
      </w:r>
      <w:r w:rsidRPr="005429AD">
        <w:rPr>
          <w:rFonts w:cs="B Nazanin"/>
          <w:sz w:val="24"/>
        </w:rPr>
        <w:t>‌</w:t>
      </w:r>
      <w:r w:rsidRPr="005429AD">
        <w:rPr>
          <w:rFonts w:cs="B Nazanin"/>
          <w:sz w:val="24"/>
          <w:szCs w:val="24"/>
          <w:rtl/>
        </w:rPr>
        <w:t>های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بهبود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کیفیت</w:t>
      </w:r>
      <w:r w:rsidRPr="005429AD">
        <w:rPr>
          <w:rFonts w:cs="B Nazanin"/>
          <w:sz w:val="24"/>
        </w:rPr>
        <w:t xml:space="preserve"> </w:t>
      </w:r>
      <w:r w:rsidRPr="005429AD">
        <w:rPr>
          <w:rFonts w:cs="B Nazanin"/>
          <w:sz w:val="24"/>
          <w:szCs w:val="24"/>
          <w:rtl/>
        </w:rPr>
        <w:t>اجراشده</w:t>
      </w:r>
    </w:p>
    <w:sectPr w:rsidR="00B70D0B" w:rsidRPr="005429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DC63EB"/>
    <w:multiLevelType w:val="hybridMultilevel"/>
    <w:tmpl w:val="16A895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0AC6819"/>
    <w:multiLevelType w:val="hybridMultilevel"/>
    <w:tmpl w:val="B4B8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611D0"/>
    <w:multiLevelType w:val="hybridMultilevel"/>
    <w:tmpl w:val="054A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66E7"/>
    <w:multiLevelType w:val="hybridMultilevel"/>
    <w:tmpl w:val="EBCA4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17C32"/>
    <w:multiLevelType w:val="hybridMultilevel"/>
    <w:tmpl w:val="D39800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F1B3D9E"/>
    <w:multiLevelType w:val="hybridMultilevel"/>
    <w:tmpl w:val="28C8E1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6B52"/>
    <w:rsid w:val="00430C4D"/>
    <w:rsid w:val="005429AD"/>
    <w:rsid w:val="00AA1D8D"/>
    <w:rsid w:val="00B47730"/>
    <w:rsid w:val="00B70D0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EA610"/>
  <w14:defaultImageDpi w14:val="300"/>
  <w15:docId w15:val="{A08D04DB-EFF0-454F-9FB3-02E4066A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CE29D7-F8B3-4DD3-BC5D-59ED04A5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Motamedi</cp:lastModifiedBy>
  <cp:revision>3</cp:revision>
  <dcterms:created xsi:type="dcterms:W3CDTF">2025-09-23T07:46:00Z</dcterms:created>
  <dcterms:modified xsi:type="dcterms:W3CDTF">2026-07-14T05:15:00Z</dcterms:modified>
  <cp:category/>
</cp:coreProperties>
</file>